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30A07" w14:textId="77777777" w:rsidR="00040A2B" w:rsidRDefault="00000000">
      <w:pPr>
        <w:pStyle w:val="Heading1"/>
      </w:pPr>
      <w:r>
        <w:t>North Marston Parish Council – Parish Clerk Application Form</w:t>
      </w:r>
    </w:p>
    <w:p w14:paraId="29446EE8" w14:textId="77777777" w:rsidR="00040A2B" w:rsidRDefault="00000000">
      <w:r>
        <w:t>Please complete this form to apply for the position of Parish Clerk &amp; Finance Officer. You may continue on a separate sheet if necessary. All information will be treated in confidence.</w:t>
      </w:r>
    </w:p>
    <w:p w14:paraId="415F953F" w14:textId="77777777" w:rsidR="00040A2B" w:rsidRDefault="00000000">
      <w:pPr>
        <w:pStyle w:val="Heading2"/>
      </w:pPr>
      <w:r>
        <w:t>1. Personal Details</w:t>
      </w:r>
    </w:p>
    <w:p w14:paraId="0AED58FF" w14:textId="77777777" w:rsidR="00040A2B" w:rsidRDefault="00000000">
      <w:r>
        <w:t>Full Name:</w:t>
      </w:r>
    </w:p>
    <w:p w14:paraId="229E91D8" w14:textId="77777777" w:rsidR="00641362" w:rsidRDefault="00641362"/>
    <w:p w14:paraId="09A34CA5" w14:textId="77777777" w:rsidR="00641362" w:rsidRDefault="00000000" w:rsidP="00641362">
      <w:r>
        <w:t>Address:</w:t>
      </w:r>
    </w:p>
    <w:p w14:paraId="5D46DC3C" w14:textId="77777777" w:rsidR="00641362" w:rsidRDefault="00641362" w:rsidP="00641362"/>
    <w:p w14:paraId="5DAEC54D" w14:textId="0CD95BCC" w:rsidR="00040A2B" w:rsidRDefault="00000000" w:rsidP="00641362">
      <w:r>
        <w:t>Postcode:</w:t>
      </w:r>
    </w:p>
    <w:p w14:paraId="54D6B186" w14:textId="77777777" w:rsidR="00641362" w:rsidRDefault="00641362"/>
    <w:p w14:paraId="21E806CC" w14:textId="554BB7CA" w:rsidR="00040A2B" w:rsidRDefault="00000000">
      <w:r>
        <w:t>Telephone Number:</w:t>
      </w:r>
    </w:p>
    <w:p w14:paraId="049AC9FF" w14:textId="77777777" w:rsidR="00641362" w:rsidRDefault="00641362"/>
    <w:p w14:paraId="4F320AF1" w14:textId="718B35C5" w:rsidR="00040A2B" w:rsidRDefault="00000000">
      <w:r>
        <w:t>Email Address:</w:t>
      </w:r>
    </w:p>
    <w:p w14:paraId="7F66A5CC" w14:textId="77777777" w:rsidR="00641362" w:rsidRDefault="00641362">
      <w:pPr>
        <w:pStyle w:val="Heading2"/>
      </w:pPr>
    </w:p>
    <w:p w14:paraId="59911C97" w14:textId="533A51F2" w:rsidR="00040A2B" w:rsidRDefault="00000000">
      <w:pPr>
        <w:pStyle w:val="Heading2"/>
      </w:pPr>
      <w:r>
        <w:t>2. Employment History</w:t>
      </w:r>
    </w:p>
    <w:p w14:paraId="2F02A9EB" w14:textId="77777777" w:rsidR="00040A2B" w:rsidRDefault="00000000">
      <w:r>
        <w:t>Please give details of your current or most recent employment first, including your role, employer, and dates of employment.</w:t>
      </w:r>
    </w:p>
    <w:p w14:paraId="66BF142A" w14:textId="77777777" w:rsidR="00641362" w:rsidRDefault="00000000">
      <w:r>
        <w:t xml:space="preserve">Employer: </w:t>
      </w:r>
    </w:p>
    <w:p w14:paraId="2EFBCA4F" w14:textId="77777777" w:rsidR="00641362" w:rsidRDefault="00000000">
      <w:r>
        <w:t xml:space="preserve">Job Title: </w:t>
      </w:r>
      <w:r w:rsidR="00825130">
        <w:t xml:space="preserve"> </w:t>
      </w:r>
    </w:p>
    <w:p w14:paraId="6C686645" w14:textId="77777777" w:rsidR="00641362" w:rsidRDefault="00000000">
      <w:r>
        <w:t xml:space="preserve">Dates Employed: </w:t>
      </w:r>
    </w:p>
    <w:p w14:paraId="0ED430E3" w14:textId="76BA840A" w:rsidR="00040A2B" w:rsidRDefault="00000000">
      <w:r>
        <w:t>Main Duties:</w:t>
      </w:r>
    </w:p>
    <w:p w14:paraId="631F9EC9" w14:textId="77777777" w:rsidR="00641362" w:rsidRDefault="00641362">
      <w:pPr>
        <w:pStyle w:val="Heading2"/>
      </w:pPr>
    </w:p>
    <w:p w14:paraId="1C9B9710" w14:textId="77777777" w:rsidR="00641362" w:rsidRDefault="00641362" w:rsidP="00641362"/>
    <w:p w14:paraId="2E164837" w14:textId="77777777" w:rsidR="00641362" w:rsidRDefault="00641362" w:rsidP="00641362"/>
    <w:p w14:paraId="6CC3DA05" w14:textId="77777777" w:rsidR="00641362" w:rsidRPr="00641362" w:rsidRDefault="00641362" w:rsidP="00641362"/>
    <w:p w14:paraId="097C3646" w14:textId="17B3ADCF" w:rsidR="00040A2B" w:rsidRDefault="00000000">
      <w:pPr>
        <w:pStyle w:val="Heading2"/>
      </w:pPr>
      <w:r>
        <w:t>3. Education &amp; Training</w:t>
      </w:r>
    </w:p>
    <w:p w14:paraId="7D3AD3B3" w14:textId="77777777" w:rsidR="00040A2B" w:rsidRDefault="00000000">
      <w:r>
        <w:t>Please provide details of your education, qualifications, and any relevant training courses.</w:t>
      </w:r>
    </w:p>
    <w:p w14:paraId="54D863AD" w14:textId="379E2D5F" w:rsidR="00040A2B" w:rsidRDefault="00000000">
      <w:r>
        <w:br/>
      </w:r>
    </w:p>
    <w:p w14:paraId="1C55E63A" w14:textId="77777777" w:rsidR="00641362" w:rsidRDefault="00641362">
      <w:pPr>
        <w:pStyle w:val="Heading2"/>
      </w:pPr>
    </w:p>
    <w:p w14:paraId="0C74C230" w14:textId="308FEBCD" w:rsidR="00040A2B" w:rsidRDefault="00000000">
      <w:pPr>
        <w:pStyle w:val="Heading2"/>
      </w:pPr>
      <w:r>
        <w:t>4. Skills &amp; Experience</w:t>
      </w:r>
    </w:p>
    <w:p w14:paraId="764A52D9" w14:textId="77777777" w:rsidR="00040A2B" w:rsidRDefault="00000000">
      <w:r>
        <w:t>Please describe how your skills, knowledge, and experience make you suitable for this position.</w:t>
      </w:r>
    </w:p>
    <w:p w14:paraId="2F646DEA" w14:textId="77777777" w:rsidR="00641362" w:rsidRDefault="00641362" w:rsidP="007D732C"/>
    <w:p w14:paraId="26993C48" w14:textId="5398FE66" w:rsidR="00040A2B" w:rsidRDefault="00000000" w:rsidP="007D732C">
      <w:r>
        <w:br/>
        <w:t>5. References</w:t>
      </w:r>
    </w:p>
    <w:p w14:paraId="5FAA5565" w14:textId="77777777" w:rsidR="00040A2B" w:rsidRDefault="00000000">
      <w:r>
        <w:t>Please provide contact details for two referees (one should be your current or most recent employer).</w:t>
      </w:r>
    </w:p>
    <w:p w14:paraId="1342A109" w14:textId="77777777" w:rsidR="00641362" w:rsidRDefault="00000000">
      <w:r>
        <w:t xml:space="preserve">Referee 1 Name &amp; Contact: </w:t>
      </w:r>
    </w:p>
    <w:p w14:paraId="75E582C9" w14:textId="77777777" w:rsidR="00641362" w:rsidRDefault="00641362"/>
    <w:p w14:paraId="65F1E7E7" w14:textId="606FB27D" w:rsidR="00040A2B" w:rsidRDefault="00000000">
      <w:r>
        <w:t xml:space="preserve">Referee 2 Name &amp; Contact: </w:t>
      </w:r>
    </w:p>
    <w:p w14:paraId="78C70789" w14:textId="77777777" w:rsidR="007D732C" w:rsidRDefault="007D732C"/>
    <w:p w14:paraId="0C5A6B9A" w14:textId="77777777" w:rsidR="00040A2B" w:rsidRDefault="00000000">
      <w:pPr>
        <w:pStyle w:val="Heading2"/>
      </w:pPr>
      <w:r>
        <w:t>6. Declaration</w:t>
      </w:r>
    </w:p>
    <w:p w14:paraId="03DEAEE4" w14:textId="77777777" w:rsidR="00040A2B" w:rsidRDefault="00000000">
      <w:r>
        <w:t>I confirm that the information provided in this application is true and complete to the best of my knowledge.</w:t>
      </w:r>
    </w:p>
    <w:p w14:paraId="21F57573" w14:textId="77777777" w:rsidR="00641362" w:rsidRDefault="00641362"/>
    <w:p w14:paraId="10E8204C" w14:textId="77777777" w:rsidR="00040A2B" w:rsidRDefault="00000000">
      <w:r>
        <w:t>Signature: ____________________________________________</w:t>
      </w:r>
    </w:p>
    <w:p w14:paraId="342BB151" w14:textId="77777777" w:rsidR="00040A2B" w:rsidRDefault="00000000">
      <w:r>
        <w:t>Date: ____________________________________________</w:t>
      </w:r>
    </w:p>
    <w:sectPr w:rsidR="00040A2B" w:rsidSect="007D732C">
      <w:pgSz w:w="12240" w:h="15840"/>
      <w:pgMar w:top="567" w:right="1797" w:bottom="1440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30413435">
    <w:abstractNumId w:val="8"/>
  </w:num>
  <w:num w:numId="2" w16cid:durableId="774205866">
    <w:abstractNumId w:val="6"/>
  </w:num>
  <w:num w:numId="3" w16cid:durableId="1899826785">
    <w:abstractNumId w:val="5"/>
  </w:num>
  <w:num w:numId="4" w16cid:durableId="1100683370">
    <w:abstractNumId w:val="4"/>
  </w:num>
  <w:num w:numId="5" w16cid:durableId="691959846">
    <w:abstractNumId w:val="7"/>
  </w:num>
  <w:num w:numId="6" w16cid:durableId="994841687">
    <w:abstractNumId w:val="3"/>
  </w:num>
  <w:num w:numId="7" w16cid:durableId="257491871">
    <w:abstractNumId w:val="2"/>
  </w:num>
  <w:num w:numId="8" w16cid:durableId="1586497231">
    <w:abstractNumId w:val="1"/>
  </w:num>
  <w:num w:numId="9" w16cid:durableId="1962764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0A2B"/>
    <w:rsid w:val="0006063C"/>
    <w:rsid w:val="0015074B"/>
    <w:rsid w:val="0029639D"/>
    <w:rsid w:val="00326F90"/>
    <w:rsid w:val="00641362"/>
    <w:rsid w:val="007D732C"/>
    <w:rsid w:val="00825130"/>
    <w:rsid w:val="00AA1D8D"/>
    <w:rsid w:val="00B47730"/>
    <w:rsid w:val="00CB0664"/>
    <w:rsid w:val="00EA3D1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0DDA52"/>
  <w14:defaultImageDpi w14:val="330"/>
  <w15:docId w15:val="{ADF11501-35AD-49BE-81DD-786DA9D36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95</Words>
  <Characters>1090</Characters>
  <Application>Microsoft Office Word</Application>
  <DocSecurity>0</DocSecurity>
  <Lines>27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Jan Roffe</cp:lastModifiedBy>
  <cp:revision>4</cp:revision>
  <dcterms:created xsi:type="dcterms:W3CDTF">2025-10-17T15:14:00Z</dcterms:created>
  <dcterms:modified xsi:type="dcterms:W3CDTF">2025-10-17T15:17:00Z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0b4d32a9-a48c-4130-8aa1-21528d7bdfe6</vt:lpwstr>
  </property>
</Properties>
</file>